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בחנים קצרים – שלושת החלקים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בוחן לכל חלק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א׳ – מבוא להיסטוריה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התפקיד העיקרי של היסטוריון?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לכתוב חוקים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לחקור את העבר בעזרת מקורות ולפרש אותם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לנבא את העתיד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לבנות טירות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יומן שכתבה נערה בזמן מגפה הוא…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מקור משני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אגדה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ממצא ארכיאולוגי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מקור ראשוני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נכון או לא נכון? מאמר של חוקרת בת זמננו על המוות השחור הוא מקור ראשוני.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באיזו מאה נמצאת השנה 1347?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המאה ה-15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המאה ה-13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המאה ה-34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המאה ה-14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אחרי השנה 1 לפנה״ס באה מיד השנה 1 לספירה.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איזו מהשאלות הבאות עוזרת לבדוק אמינות של מקור?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האם הוא מעניין?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מי כתב אותו, מתי ולשם מה?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כמה עמודים יש בו?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באיזה צבע הדיו?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היא "מגמתיות"?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תרגום לשפה אחרת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כתיבה בכתב יד יפה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הצגת האירועים מנקודת מבט אחת שמשרתת את הכותב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סידור אירועים לפי שנים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סדרו את התקופות לפי הסדר הנכון: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עת עתיקה ← עת חדשה ← ימי הביניים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עת עתיקה ← ימי הביניים ← עת חדשה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ימי הביניים ← עת עתיקה ← עת חדשה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עת חדשה ← עת עתיקה ← ימי הביניים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שרידי בניין, מטבעות וציורים יכולים לשמש מקורות היסטוריים.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מה מוקדם יותר: 100 לפנה״ס או 50 לפנה״ס?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50 לפנה״ס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אי אפשר לדעת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הן באותה שנה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100 לפנה״ס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ב׳ – הנצרות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באיזו מאה ותחת איזה שלטון צמחה הנצרות?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במאה ה-1 לפנה״ס, תחת יוון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במאה ה-5, תחת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במאה ה-11, תחת האפיפיור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במאה הראשונה לספירה, תחת שלטון רומא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נכון או לא נכון? ישו היה יהודי שחי בגליל.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לפי האמונה הנוצרית, מה קרה לישו אחרי הצליבה?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הוא קם לתחייה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הוא היגר לרומא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הוא הפך לקיסר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הוא נעשה נזיר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הייתה תרומתו של פאולוס להתפשטות הנצרות?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הוא ייסד את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הוא הכריז על הפילוג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הוא יצא למסעות, כתב מכתבים לקהילות והפיץ את האמונה בקרב לא-יהודים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הוא כבש את ירושלים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לפני צו מילאנו נרדפו נוצרים בתקופות שונות באימפריה הרומית.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נקבע בצו מילאנו (313 לספירה)?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מסע צלב ראשון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הנצרות הפכה לדת היחידה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חופש פולחן לנוצרים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ביזנטיון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קונסטנטינוס הפך את הנצרות לדת המדינה בשנת 313.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מה מסמל השילוש באמונה הנוצרית?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שלושה מסעי צלב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שלוש ערים קדושות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האמונה באב, בבן וברוח הקודש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שלושה אפיפיורים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ההבדל העיקרי בין הכנסייה הקתולית לאורתודוקסית אחרי 1054?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האורתודוקסית מכירה באפיפיור כראש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אין הבדל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הקתולית במזרח והאורתודוקסית במערב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הקתולית – רומא, לטינית והאפיפיור; האורתודוקסית – קונסטנטינופול, יוונית והפטריארך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מי עומד מתחת לבישופים במבנה הכנסייה ומשרת את הקהילה המקומית?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הכומר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הווסל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הקיסר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האביר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ג׳ – ימי הביניים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קרה בשנת 476 לספירה?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נפילת האימפריה הרומית המערבית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המוות השחור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הפילוג הגדול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צו מילאנו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נכון או לא נכון? ביזנטיון הייתה החלק המזרחי של האימפריה הרומית ובירתה קונסטנטינופול.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 היה המבנה של החברה הפיאודלית מלמעלה למטה?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צמיתים ← אבירים ← אצילים ← 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מלך ← אצילים גדולים ← אבירים ← איכרים וצמיתים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אבירים ← מלך ← צמיתים ← אצילים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אצילים ← צמיתים ← מלך ← אבירים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קיבל הווסל מהסניור ומה נתן לו בתמורה?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כסף – תמורת מסים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טירה – תמורת יבול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אדמה (פיאוד) – תמורת נאמנות ושירות צבאי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ספרים – תמורת תפילות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הצמיתים יכלו לעזוב את האחוזה בכל רגע.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איזה תפקיד מילאו המנזרים בימי הביניים?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ניהול גילדות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רק אימון אבירים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שמירה על ידע והעתקת ספרים, חקלאות וטיפול בחולים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גביית מסים למלך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הייתה מטרת מסעי הצלב לפי הקוראים להם?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להפיץ את הדפוס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לגלות את אמריקה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להקים את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לכבוש את ירושלים והמקומות הקדושים לנצרות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במסע הצלב הראשון (1096) נפגעו קשות קהילות יהודיות בחבל הריין.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הייתה גילדה?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כנסייה במזרח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סוג של מנזר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צבא של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ארגון של בעלי מלאכה מאותו מקצוע בעיר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איזה אירוע לא נחשב לסימן לסוף ימי הביניים?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נפילת קונסטנטינופול (1453)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הגעת קולומבוס לאמריקה (1492)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המצאת הדפוס (בערך 1450)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צו מילאנו (313)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